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זו מורשת ומה ההבדל מירושה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מוחשיים ולא מוחשיים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ירושה מול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 ששרים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דברים לא מוחשיים כמו שיר או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בשיעור לגבי מי שלא נוח לו לדבר על משפחתו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בירושה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מוחשי או לא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נועם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שמורשת היא לא רק חפץ ישן, ואפשר להביא גם מילה, מנהג, שיר או זיכרון מהמשפחה או מהעם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ירושה מול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שירושה היא בדרך כלל חפצים או כסף שמקבלים אחרי מישהו, ומורשת רחבה יותר וכוללת גם דברים לא מוחשיים; יביא דוגמה לכל אחת מהמושגים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מהשורש עם משפט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אמיתית - חפץ, מילה, מנהג, שיר או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שהתלמיד בוחר להעביר הלאה, מוחשי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חפצים או מנהגים שיש לתלמידים בבית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נועם כדאי להדגיש רגישות - לא כל התלמידים נוח להם לדבר על 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ברמות מאפשרת התאמה אישית - אפשר לתת לתלמידים לבחור רמה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זו מורשת ומה ההבדל מירושה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שמורשת היא כל מה שעובר אלינו מהדורות הקודמים – חפצים, מילים, מנהגים, שירים ומשחקים. חלק מהדברים אפשר לגעת בהם וחלק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הורישה  ·  בירושה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ירושה מול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כסף שמקבלים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מה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חפצים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דבר הוא דוגמה למורשת לא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ששרים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 במסגרת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כוללת רק חפצים שאפשר לגעת בהם.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לקבל מורשת גם מהקהילה ולא רק מהמשפחה.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סבתא __________ לנו מתכון משפחתי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קיבלתי __________ שעון ישן מסבא שלי.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מוחשי או לא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שעון ישן של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 ערש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מנהג לבשל ארוחה מסוימת בחג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תמונה ישנה במסגרת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על נועם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הייתם אומרים לנועם, שמתבייש כי אין לו חפץ ישן להביא?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ירושה מול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של 5-6 משפטים: מה ההבדל בין ירושה למורשת? תנו דוגמה אחת לכל אחת. התחילו ב: 'ירושה ומורשת באות מאותו שורש, אבל...'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מהשורש י־ר־ש ומשפט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דבר אחד שקיבלתי בירושה (מוחשי או לא מוחשי)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זו מורשת ומה ההבדל מירושה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