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זו מורשת ומה ההבדל מירושה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ירושה למורשת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דברים מוחשיים ולא מוחשיים שעוברים מדור לדור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מהשורש י־ר־ש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ירושה מול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כל מה שעובר מדור לדור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שיר ששרים במשפחה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חפץ, מילה, מנהג, שיר או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מהכיתה, מהיישוב או מהעם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שתיהן באות מאותו שורש בעברית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מורשת כוללת גם דברים לא מוחשיים כמו שיר או 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נאמר בשיעור לגבי מי שלא נוח לו לדבר על משפחתו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השורש קשור להעברה מדור לדור בכלל, לא רק לכסף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מנהגים הם דוגמה למורשת לא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אפשר להביא גם מילה, מנהג, שיר או משחק - לאו דווקא חפץ ישן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מהשורש י־ר־ש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הורישה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בירושה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להוריש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ירושה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מוחשי או לא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(לא 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(לא 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(לא מוחשי)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חושבים על נועם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שמורשת היא לא רק חפץ ישן, ואפשר להביא גם מילה, מנהג, שיר או זיכרון מהמשפחה או מהעם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לאפשר להביא גם דברים לא מוחשיים, או דברים מהכיתה והיישוב ולא רק מהבית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ירושה מול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שירושה היא בדרך כלל חפצים או כסף שמקבלים אחרי מישהו, ומורשת רחבה יותר וכוללת גם דברים לא מוחשיים; יביא דוגמה לכל אחת מהמושגים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נכונה מהשורש עם משפט תקין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אמיתית - חפץ, מילה, מנהג, שיר או 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דבר שהתלמיד בוחר להעביר הלאה, מוחשי או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חפצים או מנהגים שיש לתלמידים בבית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על נועם כדאי להדגיש רגישות - לא כל התלמידים נוח להם לדבר על משפחתם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ברמות מאפשרת התאמה אישית - אפשר לתת לתלמידים לבחור רמה בעצמם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זו מורשת ומה ההבדל מירושה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למדנו שמורשת היא כל מה שעובר אלינו מהדורות הקודמים – חפצים, מילים, מנהגים, שירים ומשחקים. חלק מהדברים אפשר לגעת בהם וחלק לא.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ירושה מול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כסף שמקבלים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מה שעובר מדור לדור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חפצים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שם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דבר הוא דוגמה למורשת לא מוחשית?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שעון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 ששרים במשפחה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תמונה במסגרת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אפשר להעביר בירושה לפי השיעור?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חפץ, מילה, מנהג, שיר או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מניין יכול נועם לקבל מורשת, אם אין לו חפץ ישן מהבית?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לו שום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מהכיתה, מהיישוב או מהעם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אם יקנה חפץ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מורשת אפשר לקבל רק מסבא וסבתא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משותף למילים ירושה ומורשת?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שתיהן מילים לועזיות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שתיהן באות מאותו שורש בעברית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ביניהן שום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שתיהן קשורות רק לכסף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כוללת רק חפצים שאפשר לגעת בהם.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לקבל מורשת גם מהקהילה ולא רק מהמשפחה.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מהשורש י־ר־ש קשורות תמיד רק לכסף.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 משפחתי יכול להיחשב חלק מהמורשת.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ילד וילדה חייבים להביא חפץ ישן כדי שיהיה להם מורשת.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 מהשורש י־ר־ש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סבתא __________ לנו מתכון משפחתי מיוחד.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קיבלתי __________ שעון ישן מסבא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אנחנו רוצים __________ לילדים שלנו את האהבה לספרים.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של המשפחה כוללת מנהגים, סיפורים וחפצים.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היא קיבלה __________ גדולה מההורים שלה - בית וכסף.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מוחשי או לא מוחשי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שעון ישן של סבא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שיר ערש משפחתי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לא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מנהג לבשל ארוחה מסוימת בחג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תמונה ישנה במסגרת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ערך של כבוד להורים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מוחשי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חושבים על נועם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הייתם אומרים לנועם, שמתבייש כי אין לו חפץ ישן להביא?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אפשר לשנות את המשימה כך שכל ילד וילדה ירגישו שיש להם מה להביא?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ירושה מול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של 5-6 משפטים: מה ההבדל בין ירושה למורשת? תנו דוגמה אחת לכל אחת. התחילו ב: 'ירושה ומורשת באות מאותו שורש, אבל...'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מהשורש י־ר־ש ומשפט איתה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דבר אחד שקיבלתי בירושה (מוחשי או לא מוחשי)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דבר אחד שהייתי רוצה להוריש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זו מורשת ומה ההבדל מירושה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